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המופיעים בלוח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כל ערך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הערכים במעשים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הכוח להתמודד עם פחד ולעשות דבר נכון למרות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חלוקת דברים טובים לאחרים, כמו הדלקת נר בשביל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התנהגות צנועה, בלי להתרברב בהישגים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אחדות היא אחד משמונת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להדליק מחדש בכל פעם ללימוד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בלוח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מטעמי בטיחות משתמשים רק בנרות LED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(להתמודד עם קושי בביטחון)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(להאמין שדברים טובים יקרו)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(לשתף ולעזור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(להיות יחד כקבוצה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(להתאושש אחרי זמן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(להודות על הדברים הטובים שיש 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הופעת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ענווה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 מדליקים נרות כדי להאיר ולעזור גם לאחרים, לא רק לעצמנו, בדיוק כמו שהנרות מפיצים אור לסביבה.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קשר אמיתי בין התלמיד/ה לערך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מעשים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קונקרטית וריאלית כמו עזרה לחבר, שיתוף בציוד או הקשבה למישהו.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ערך הגיוני עם הסבר קצר המבוסס על ערכי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ערכים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הקשר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מעשה פשוט וריאלי המתאים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הנרות בזמן מילוי הדף כדי לחבר בין הטקסט לדימוי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דיון קצר בכיתה על הערך שכל תלמיד/ה בחר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הנרות הדיגיטלי כל נר מייצג ערך חשוב של חנוכה - כמו אומץ, תקווה ונתינה. בדף הזה נתרגל להכיר את הערכים ואת הקשר שלהם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מייצג את המילה 'אומץ' בלוח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הכוח להתמודד עם פחד ולעשות דבר נכון למרות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הרצון לקבל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השמחה מהחגיגה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הזיכרון של נס 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'נתינה'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חלוקת דברים טובים לאחרים, כמו הדלקת נר בשביל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קבלת מתנות מבני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אכילת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שירת שירי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קשור ליכולת להתאושש אחרי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'ענווה' בלוח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התנהגות צנועה, בלי להתרברב בהישגים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להיות הראשון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יש בלוח הערכים?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גם נר שמייצג את הערך 'אחדות'.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נר בלוח אפשר להדליק רק פעם אחת בכל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ערך בלוח יש שאלה לשיחה ומעשה קטן לשבוע.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בתוך מבנה משתמשים בנרות אש אמיתיים.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להאמין שדברים טובים יקרו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להודות על הדברים הטובים שיש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להיות יחד כקבוצה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להתאושש אחרי זמן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לשתף ולעזור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הכרת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להתמודד עם קושי בביטחון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הופעת הערכים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הקשר בין הערך 'אור לאחרים' לבין מצוות הדלקת נרות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מהלוח וכתבו משפט קצר שמסביר 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מעשה קטן שתוכלו לעשות השבוע כדי לבטא את הערך 'נתינה'.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מוסיפים נר תשיעי ללוח - איזה ערך הייתם מוסיפים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ערכים מתוך לוח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ערך אחד מהלוח קשור לחנוכה?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מעשה קטן שאפשר לעשות השבוע כדי לבטא ערך מהלוח?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8 הנרות – ערכי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