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המופיעים בלוח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כל ערך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הערכים במעשים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הכוח להתמודד עם פחד ולעשות דבר נכון למרות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חלוקת דברים טובים לאחרים, כמו הדלקת נר בשביל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אחדות היא אחד משמונת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בלוח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(להתמודד עם קושי בביטחון)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(להאמין שדברים טובים יקרו)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(לשתף ולעזור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יחד כקבוצה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הופעת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 מדליקים נרות כדי להאיר ולעזור גם לאחרים, לא רק לעצמנו, בדיוק כמו שהנרות מפיצים אור לסביבה.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מעשים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קונקרטית וריאלית כמו עזרה לחבר, שיתוף בציוד או הקשבה למישהו.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ערכים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הקשר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מעשה פשוט וריאלי המתאים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הנרות בזמן מילוי הדף כדי לחבר בין הטקסט לדימוי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דיון קצר בכיתה על הערך שכל תלמיד/ה בחר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הנרות הדיגיטלי כל נר מייצג ערך חשוב של חנוכה - כמו אומץ, תקווה ונתינה. בדף הזה נתרגל להכיר את הערכים ואת הקשר שלהם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ערך מייצג את המילה 'אומץ' בלוח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הכוח להתמודד עם פחד ולעשות דבר נכון למרות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הרצון לקבל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השמחה מהחגיגה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הקשר בין 'נתינה'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חלוקת דברים טובים לאחרים, כמו הדלקת נר בשביל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קבלת מתנות מבני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אכילת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ערך קשור ליכולת להתאושש אחרי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הכרת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יש גם נר שמייצג את הערך 'אחדות'.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ערך בלוח יש שאלה לשיחה ומעשה קטן לשבוע.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להיות יחד כקבוצה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לשתף ולעזור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להתמודד עם קושי בביטחון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להאמין שדברים טובים יקרו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הופעת הערכים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הקשר בין הערך 'אור לאחרים' לבין מצוות הדלקת נרות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מעשה קטן שתוכלו לעשות השבוע כדי לבטא את הערך 'נתינה'.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ערכים מתוך לוח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ערך אחד מהלוח קשור לחנוכה?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8 הנרות – ערכי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